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0099»</w:t>
      </w:r>
    </w:p>
    <w:p>
      <w:r>
        <w:t>Артикул LD-01571.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