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0097»</w:t>
      </w:r>
    </w:p>
    <w:p>
      <w:r>
        <w:t>Артикул LD-01539.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LD-01539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