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0095»</w:t>
      </w:r>
    </w:p>
    <w:p>
      <w:r>
        <w:t>Артикул LD-01520. Исполнение Сталь и синие ручки. Страна производства Япония (JP).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LD-01520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