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0009»</w:t>
      </w:r>
    </w:p>
    <w:p>
      <w:r>
        <w:t>Артикул LD-00143. Исполнение Серо-синий в полоску. Страна производства США (US).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LD-00143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