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0089»</w:t>
      </w:r>
    </w:p>
    <w:p>
      <w:r>
        <w:t>Артикул LD-01413.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LD-ORGANIZER-0089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LD-01413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LD-01413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