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0088»</w:t>
      </w:r>
    </w:p>
    <w:p>
      <w:r>
        <w:t>Артикул LD-01400. Исполнение Дымчато-синий. Страна производства Беларусь (BY).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LD-COFFEE-GRINDER-0088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LD-01400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LD-01400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LD-01400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