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0088»</w:t>
      </w:r>
    </w:p>
    <w:p>
      <w:r>
        <w:t>Артикул LD-01394. Исполнение Светло-голубой. Страна производства Польша (PL).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LD-KETTLE-0088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LD-01394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LD-01394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