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0085»</w:t>
      </w:r>
    </w:p>
    <w:p>
      <w:r>
        <w:t>Артикул LD-01357.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