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0081»</w:t>
      </w:r>
    </w:p>
    <w:p>
      <w:r>
        <w:t>Артикул LD-01291.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