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0079»</w:t>
      </w:r>
    </w:p>
    <w:p>
      <w:r>
        <w:t>Артикул LD-01262.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