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0008»</w:t>
      </w:r>
    </w:p>
    <w:p>
      <w:r>
        <w:t>Артикул LD-00124.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