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0075»</w:t>
      </w:r>
    </w:p>
    <w:p>
      <w:r>
        <w:t>Артикул LD-01190. Исполнение Синяя клетка. Страна производства Япония (JP).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LD-01190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