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0068»</w:t>
      </w:r>
    </w:p>
    <w:p>
      <w:r>
        <w:t>Артикул LD-01078.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LD-BLANKET-0068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