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0066»</w:t>
      </w:r>
    </w:p>
    <w:p>
      <w:r>
        <w:t>Артикул LD-01045.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